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608"/>
        <w:gridCol w:w="4536"/>
        <w:gridCol w:w="2608"/>
      </w:tblGrid>
      <w:tr w:rsidR="007B241F" w14:paraId="3E8DDBA8" w14:textId="77777777">
        <w:trPr>
          <w:jc w:val="center"/>
        </w:trPr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7749FF26" w14:textId="77777777" w:rsidR="007B241F" w:rsidRDefault="002C132E">
            <w:pPr>
              <w:bidi/>
              <w:spacing w:after="0" w:line="228" w:lineRule="auto"/>
              <w:jc w:val="right"/>
            </w:pPr>
            <w:r>
              <w:rPr>
                <w:rFonts w:ascii="Cairo" w:hAnsi="Cairo" w:cs="Cairo"/>
                <w:noProof/>
              </w:rPr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6CCE4CB0" w14:textId="77777777" w:rsidR="007B241F" w:rsidRDefault="002C132E">
            <w:pPr>
              <w:bidi/>
              <w:spacing w:after="0" w:line="228" w:lineRule="auto"/>
              <w:jc w:val="center"/>
            </w:pPr>
            <w:r>
              <w:rPr>
                <w:rFonts w:eastAsia="Arial" w:ascii="Cairo" w:hAnsi="Cairo" w:cs="Cairo"/>
                <w:b/>
                <w:color w:val="1F4E79"/>
                <w:sz w:val="22"/>
              </w:rPr>
              <w:t>كلية التربية</w:t>
            </w:r>
            <w:r>
              <w:rPr>
                <w:rFonts w:eastAsia="Arial" w:ascii="Cairo" w:hAnsi="Cairo" w:cs="Cairo"/>
                <w:b/>
                <w:color w:val="1F4E79"/>
                <w:sz w:val="22"/>
              </w:rPr>
              <w:br/>
              <w:t>قسم التربية الخاصة</w:t>
            </w:r>
          </w:p>
        </w:tc>
        <w:tc>
          <w:tcPr>
            <w:tcW w:w="2608" w:type="dxa"/>
            <w:tcBorders>
              <w:top w:val="nil"/>
              <w:left w:val="nil"/>
              <w:bottom w:val="nil"/>
              <w:right w:val="nil"/>
            </w:tcBorders>
          </w:tcPr>
          <w:p w14:paraId="4160EDC1" w14:textId="77777777" w:rsidR="007B241F" w:rsidRDefault="002C132E">
            <w:pPr>
              <w:bidi/>
              <w:spacing w:after="0" w:line="228" w:lineRule="auto"/>
            </w:pPr>
            <w:r>
              <w:rPr>
                <w:rFonts w:eastAsia="Arial" w:ascii="Cairo" w:hAnsi="Cairo" w:cs="Cairo"/>
                <w:b/>
                <w:color w:val="6B7280"/>
                <w:sz w:val="17"/>
              </w:rPr>
              <w:t>نموذج مختصر</w:t>
            </w:r>
            <w:r>
              <w:rPr>
                <w:rFonts w:eastAsia="Arial" w:ascii="Cairo" w:hAnsi="Cairo" w:cs="Cairo"/>
                <w:b/>
                <w:color w:val="6B7280"/>
                <w:sz w:val="17"/>
              </w:rPr>
              <w:br/>
              <w:t>للتقرير السنوي</w:t>
            </w:r>
          </w:p>
        </w:tc>
      </w:tr>
    </w:tbl>
    <w:p w14:paraId="63308E00" w14:textId="77777777" w:rsidR="007B241F" w:rsidRDefault="002C132E">
      <w:pPr>
        <w:bidi/>
        <w:spacing w:after="20" w:line="216" w:lineRule="auto"/>
        <w:jc w:val="center"/>
      </w:pPr>
      <w:r>
        <w:rPr>
          <w:rFonts w:eastAsia="Arial" w:ascii="Cairo" w:hAnsi="Cairo" w:cs="Cairo"/>
          <w:color w:val="D9EAF7"/>
          <w:sz w:val="16"/>
        </w:rPr>
        <w:t>ــــــــــــــــــــــــــــــــــــــــــــــــــــــــــــــ</w:t>
      </w:r>
    </w:p>
    <w:p w14:paraId="58C48B43" w14:textId="77777777" w:rsidR="007B241F" w:rsidRDefault="002C132E">
      <w:pPr>
        <w:bidi/>
        <w:spacing w:after="40" w:line="216" w:lineRule="auto"/>
        <w:jc w:val="center"/>
      </w:pPr>
      <w:r>
        <w:rPr>
          <w:rFonts w:eastAsia="Arial" w:ascii="Cairo" w:hAnsi="Cairo" w:cs="Cairo"/>
          <w:b/>
          <w:color w:val="2F3A45"/>
          <w:sz w:val="32"/>
        </w:rPr>
        <w:t>التقرير الفصلي الموجز عن أعمال لجنة</w:t>
      </w:r>
    </w:p>
    <w:p w14:paraId="071F6D73" w14:textId="77777777" w:rsidR="002C132E" w:rsidRDefault="002C132E" w:rsidP="002C132E">
      <w:pPr>
        <w:bidi/>
        <w:spacing w:after="80" w:line="216" w:lineRule="auto"/>
        <w:jc w:val="center"/>
        <w:rPr>
          <w:rFonts w:eastAsia="Arial"/>
          <w:b/>
          <w:color w:val="1F4E79"/>
          <w:sz w:val="24"/>
          <w:rtl/>
        </w:rPr>
      </w:pPr>
      <w:proofErr w:type="spellStart"/>
      <w:r>
        <w:rPr>
          <w:rFonts w:eastAsia="Arial" w:ascii="Cairo" w:hAnsi="Cairo" w:cs="Cairo"/>
          <w:b/>
          <w:color w:val="1F4E79"/>
          <w:sz w:val="24"/>
        </w:rPr>
        <w:t>للفصل الدراسي (........) من العام الجامعي 1448هـ</w:t>
      </w:r>
      <w:proofErr w:type="spellEnd"/>
      <w:r>
        <w:rPr>
          <w:rFonts w:eastAsia="Arial" w:ascii="Cairo" w:hAnsi="Cairo" w:cs="Cairo"/>
          <w:b/>
          <w:color w:val="1F4E79"/>
          <w:sz w:val="24"/>
        </w:rPr>
      </w:r>
      <w:proofErr w:type="spellStart"/>
      <w:r>
        <w:rPr>
          <w:rFonts w:eastAsia="Arial" w:ascii="Cairo" w:hAnsi="Cairo" w:cs="Cairo"/>
          <w:b/>
          <w:color w:val="1F4E79"/>
          <w:sz w:val="24"/>
        </w:rPr>
      </w:r>
      <w:proofErr w:type="spellEnd"/>
      <w:r>
        <w:rPr>
          <w:rFonts w:eastAsia="Arial" w:ascii="Cairo" w:hAnsi="Cairo" w:cs="Cairo"/>
          <w:b/>
          <w:color w:val="1F4E79"/>
          <w:sz w:val="24"/>
        </w:rPr>
      </w:r>
      <w:r>
        <w:rPr>
          <w:rFonts w:eastAsia="Arial" w:hint="cs" w:ascii="Cairo" w:hAnsi="Cairo" w:cs="Cairo"/>
          <w:b/>
          <w:color w:val="1F4E79"/>
          <w:sz w:val="24"/>
          <w:rtl/>
        </w:rPr>
      </w:r>
    </w:p>
    <w:p w14:paraId="5BB67BAA" w14:textId="77777777" w:rsidR="007B241F" w:rsidRDefault="002C132E" w:rsidP="002C132E">
      <w:pPr>
        <w:bidi/>
        <w:spacing w:after="80" w:line="216" w:lineRule="auto"/>
      </w:pPr>
      <w:proofErr w:type="spellStart"/>
      <w:r>
        <w:rPr>
          <w:rFonts w:eastAsia="Arial" w:ascii="Cairo" w:hAnsi="Cairo" w:cs="Cairo"/>
          <w:b/>
          <w:color w:val="1F4E79"/>
          <w:sz w:val="23"/>
        </w:rPr>
        <w:t>أولاً</w:t>
      </w:r>
      <w:proofErr w:type="spellEnd"/>
      <w:r>
        <w:rPr>
          <w:rFonts w:eastAsia="Arial" w:ascii="Cairo" w:hAnsi="Cairo" w:cs="Cairo"/>
          <w:b/>
          <w:color w:val="1F4E79"/>
          <w:sz w:val="23"/>
        </w:rPr>
        <w:t xml:space="preserve">: </w:t>
      </w:r>
      <w:proofErr w:type="spellStart"/>
      <w:r>
        <w:rPr>
          <w:rFonts w:eastAsia="Arial" w:ascii="Cairo" w:hAnsi="Cairo" w:cs="Cairo"/>
          <w:b/>
          <w:color w:val="1F4E79"/>
          <w:sz w:val="23"/>
        </w:rPr>
        <w:t>البيانات</w:t>
      </w:r>
      <w:proofErr w:type="spellEnd"/>
      <w:r>
        <w:rPr>
          <w:rFonts w:eastAsia="Arial" w:ascii="Cairo" w:hAnsi="Cairo" w:cs="Cairo"/>
          <w:b/>
          <w:color w:val="1F4E79"/>
          <w:sz w:val="23"/>
        </w:rPr>
        <w:t xml:space="preserve"> </w:t>
      </w:r>
      <w:proofErr w:type="spellStart"/>
      <w:r>
        <w:rPr>
          <w:rFonts w:eastAsia="Arial" w:ascii="Cairo" w:hAnsi="Cairo" w:cs="Cairo"/>
          <w:b/>
          <w:color w:val="1F4E79"/>
          <w:sz w:val="23"/>
        </w:rPr>
        <w:t>الأساسية</w:t>
      </w:r>
      <w:proofErr w:type="spellEnd"/>
      <w:r>
        <w:rPr>
          <w:rFonts w:eastAsia="Arial" w:ascii="Cairo" w:hAnsi="Cairo" w:cs="Cairo"/>
          <w:b/>
          <w:color w:val="1F4E79"/>
          <w:sz w:val="23"/>
        </w:rPr>
        <w:t xml:space="preserve"> </w:t>
      </w:r>
      <w:proofErr w:type="spellStart"/>
      <w:r>
        <w:rPr>
          <w:rFonts w:eastAsia="Arial" w:ascii="Cairo" w:hAnsi="Cairo" w:cs="Cairo"/>
          <w:b/>
          <w:color w:val="1F4E79"/>
          <w:sz w:val="23"/>
        </w:rPr>
        <w:t>للجنة</w:t>
      </w:r>
      <w:proofErr w:type="spellEnd"/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381"/>
        <w:gridCol w:w="2664"/>
        <w:gridCol w:w="2154"/>
        <w:gridCol w:w="2664"/>
      </w:tblGrid>
      <w:tr w:rsidR="007B241F" w14:paraId="6EEC6531" w14:textId="77777777">
        <w:trPr>
          <w:trHeight w:val="283"/>
          <w:jc w:val="center"/>
        </w:trPr>
        <w:tc>
          <w:tcPr>
            <w:tcW w:w="2381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EAF4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B30D04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2F3A45"/>
                <w:sz w:val="17"/>
              </w:rPr>
              <w:t>اسم اللجنة</w:t>
            </w:r>
          </w:p>
        </w:tc>
        <w:tc>
          <w:tcPr>
            <w:tcW w:w="2664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A070747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  <w:tc>
          <w:tcPr>
            <w:tcW w:w="2154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EAF4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AF0ACE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2F3A45"/>
                <w:sz w:val="17"/>
              </w:rPr>
              <w:t>الفصل الدراسي / العام الجامعي</w:t>
            </w:r>
          </w:p>
        </w:tc>
        <w:tc>
          <w:tcPr>
            <w:tcW w:w="2664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83E73C6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</w:tr>
      <w:tr w:rsidR="007B241F" w14:paraId="69E830A4" w14:textId="77777777">
        <w:trPr>
          <w:trHeight w:val="283"/>
          <w:jc w:val="center"/>
        </w:trPr>
        <w:tc>
          <w:tcPr>
            <w:tcW w:w="2381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EAF4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DF30913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2F3A45"/>
                <w:sz w:val="17"/>
              </w:rPr>
              <w:t>مقرر/ة اللجنة</w:t>
            </w:r>
          </w:p>
        </w:tc>
        <w:tc>
          <w:tcPr>
            <w:tcW w:w="2664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FB01CE7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  <w:tc>
          <w:tcPr>
            <w:tcW w:w="2154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EAF4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51C5A0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2F3A45"/>
                <w:sz w:val="17"/>
              </w:rPr>
              <w:t>عدد الأعضاء</w:t>
            </w:r>
          </w:p>
        </w:tc>
        <w:tc>
          <w:tcPr>
            <w:tcW w:w="2664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1760C5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</w:tr>
      <w:tr w:rsidR="007B241F" w14:paraId="41F06BAA" w14:textId="77777777">
        <w:trPr>
          <w:trHeight w:val="283"/>
          <w:jc w:val="center"/>
        </w:trPr>
        <w:tc>
          <w:tcPr>
            <w:tcW w:w="2381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EAF4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B9F03EF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2F3A45"/>
                <w:sz w:val="17"/>
              </w:rPr>
              <w:t>عدد الاجتماعات</w:t>
            </w:r>
          </w:p>
        </w:tc>
        <w:tc>
          <w:tcPr>
            <w:tcW w:w="2664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66A111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  <w:tc>
          <w:tcPr>
            <w:tcW w:w="2154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EAF4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3E00AF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2F3A45"/>
                <w:sz w:val="17"/>
              </w:rPr>
              <w:t>طريقة الاجتماعات</w:t>
            </w:r>
          </w:p>
        </w:tc>
        <w:tc>
          <w:tcPr>
            <w:tcW w:w="2664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FAD2EFC" w14:textId="77777777" w:rsidR="007B241F" w:rsidRDefault="002C132E">
            <w:pPr>
              <w:bidi/>
              <w:spacing w:after="0" w:line="216" w:lineRule="auto"/>
              <w:jc w:val="right"/>
            </w:pPr>
            <w:r>
              <w:rPr>
                <w:rFonts w:eastAsia="Arial" w:ascii="Cairo" w:hAnsi="Cairo" w:cs="Cairo"/>
                <w:color w:val="111827"/>
                <w:sz w:val="17"/>
              </w:rPr>
              <w:t>حضوري ☐   عن بُعد ☐   مختلط ☐</w:t>
            </w:r>
          </w:p>
        </w:tc>
      </w:tr>
    </w:tbl>
    <w:p w14:paraId="3F5F24BC" w14:textId="77777777" w:rsidR="007B241F" w:rsidRDefault="002C132E" w:rsidP="002C132E">
      <w:pPr>
        <w:pBdr>
          <w:bottom w:val="single" w:sz="8" w:space="1" w:color="1F4E79"/>
        </w:pBdr>
        <w:bidi/>
        <w:spacing w:after="40" w:line="216" w:lineRule="auto"/>
      </w:pPr>
      <w:r>
        <w:rPr>
          <w:rFonts w:eastAsia="Arial" w:ascii="Cairo" w:hAnsi="Cairo" w:cs="Cairo"/>
          <w:b/>
          <w:color w:val="1F4E79"/>
          <w:sz w:val="23"/>
        </w:rPr>
        <w:t>ثانياً: تشكيل اللجنة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2"/>
        <w:gridCol w:w="3423"/>
        <w:gridCol w:w="4180"/>
      </w:tblGrid>
      <w:tr w:rsidR="00DA4AF3" w14:paraId="5CC0AEE7" w14:textId="77777777" w:rsidTr="00DA4AF3">
        <w:trPr>
          <w:trHeight w:val="519"/>
          <w:jc w:val="center"/>
        </w:trPr>
        <w:tc>
          <w:tcPr>
            <w:tcW w:w="552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011212E" w14:textId="77777777" w:rsidR="00DA4AF3" w:rsidRDefault="00DA4AF3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FFFFFF"/>
                <w:sz w:val="17"/>
              </w:rPr>
              <w:t>م</w:t>
            </w:r>
          </w:p>
        </w:tc>
        <w:tc>
          <w:tcPr>
            <w:tcW w:w="3423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C32B63A" w14:textId="77777777" w:rsidR="00DA4AF3" w:rsidRDefault="00DA4AF3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FFFFFF"/>
                <w:sz w:val="17"/>
              </w:rPr>
              <w:t>الاسم</w:t>
            </w:r>
          </w:p>
        </w:tc>
        <w:tc>
          <w:tcPr>
            <w:tcW w:w="4180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85CB13" w14:textId="77777777" w:rsidR="00DA4AF3" w:rsidRDefault="00DA4AF3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FFFFFF"/>
                <w:sz w:val="17"/>
              </w:rPr>
              <w:t>الصفة / المهمة داخل اللجنة</w:t>
            </w:r>
          </w:p>
        </w:tc>
      </w:tr>
      <w:tr w:rsidR="00DA4AF3" w14:paraId="10EDF785" w14:textId="77777777" w:rsidTr="00DA4AF3">
        <w:trPr>
          <w:trHeight w:val="230"/>
          <w:jc w:val="center"/>
        </w:trPr>
        <w:tc>
          <w:tcPr>
            <w:tcW w:w="552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702B65F" w14:textId="77777777" w:rsidR="00DA4AF3" w:rsidRDefault="00DA4AF3">
            <w:pPr>
              <w:bidi/>
              <w:spacing w:after="0" w:line="216" w:lineRule="auto"/>
              <w:jc w:val="center"/>
            </w:pPr>
            <w:bookmarkStart w:id="0" w:name="_GoBack" w:colFirst="3" w:colLast="3"/>
            <w:r>
              <w:rPr>
                <w:rFonts w:eastAsia="Arial" w:ascii="Cairo" w:hAnsi="Cairo" w:cs="Cairo"/>
                <w:sz w:val="16"/>
              </w:rPr>
              <w:t>1</w:t>
            </w:r>
          </w:p>
        </w:tc>
        <w:tc>
          <w:tcPr>
            <w:tcW w:w="3423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1B4E46" w14:textId="77777777" w:rsidR="00DA4AF3" w:rsidRDefault="00DA4AF3">
            <w:pPr>
              <w:bidi/>
              <w:spacing w:after="0" w:line="216" w:lineRule="auto"/>
              <w:jc w:val="right"/>
            </w:pPr>
          </w:p>
        </w:tc>
        <w:tc>
          <w:tcPr>
            <w:tcW w:w="4180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96C59F" w14:textId="77777777" w:rsidR="00DA4AF3" w:rsidRDefault="00DA4AF3">
            <w:pPr>
              <w:bidi/>
              <w:spacing w:after="0" w:line="216" w:lineRule="auto"/>
              <w:jc w:val="right"/>
            </w:pPr>
          </w:p>
        </w:tc>
      </w:tr>
      <w:bookmarkEnd w:id="0"/>
      <w:tr w:rsidR="00DA4AF3" w14:paraId="282B3714" w14:textId="77777777" w:rsidTr="00DA4AF3">
        <w:trPr>
          <w:trHeight w:val="230"/>
          <w:jc w:val="center"/>
        </w:trPr>
        <w:tc>
          <w:tcPr>
            <w:tcW w:w="552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43D57DA" w14:textId="77777777" w:rsidR="00DA4AF3" w:rsidRDefault="00DA4AF3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sz w:val="16"/>
              </w:rPr>
              <w:t>2</w:t>
            </w:r>
          </w:p>
        </w:tc>
        <w:tc>
          <w:tcPr>
            <w:tcW w:w="3423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05FF1F5" w14:textId="77777777" w:rsidR="00DA4AF3" w:rsidRDefault="00DA4AF3">
            <w:pPr>
              <w:bidi/>
              <w:spacing w:after="0" w:line="216" w:lineRule="auto"/>
              <w:jc w:val="right"/>
            </w:pPr>
          </w:p>
        </w:tc>
        <w:tc>
          <w:tcPr>
            <w:tcW w:w="4180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D1FA7A" w14:textId="77777777" w:rsidR="00DA4AF3" w:rsidRDefault="00DA4AF3">
            <w:pPr>
              <w:bidi/>
              <w:spacing w:after="0" w:line="216" w:lineRule="auto"/>
              <w:jc w:val="right"/>
            </w:pPr>
          </w:p>
        </w:tc>
      </w:tr>
      <w:tr w:rsidR="00DA4AF3" w14:paraId="087B746D" w14:textId="77777777" w:rsidTr="00DA4AF3">
        <w:trPr>
          <w:trHeight w:val="230"/>
          <w:jc w:val="center"/>
        </w:trPr>
        <w:tc>
          <w:tcPr>
            <w:tcW w:w="552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ECB11E" w14:textId="77777777" w:rsidR="00DA4AF3" w:rsidRDefault="00DA4AF3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sz w:val="16"/>
              </w:rPr>
              <w:t>3</w:t>
            </w:r>
          </w:p>
        </w:tc>
        <w:tc>
          <w:tcPr>
            <w:tcW w:w="3423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537DE0" w14:textId="77777777" w:rsidR="00DA4AF3" w:rsidRDefault="00DA4AF3">
            <w:pPr>
              <w:bidi/>
              <w:spacing w:after="0" w:line="216" w:lineRule="auto"/>
              <w:jc w:val="right"/>
            </w:pPr>
          </w:p>
        </w:tc>
        <w:tc>
          <w:tcPr>
            <w:tcW w:w="4180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10DA23" w14:textId="77777777" w:rsidR="00DA4AF3" w:rsidRDefault="00DA4AF3">
            <w:pPr>
              <w:bidi/>
              <w:spacing w:after="0" w:line="216" w:lineRule="auto"/>
              <w:jc w:val="right"/>
            </w:pPr>
          </w:p>
        </w:tc>
      </w:tr>
      <w:tr w:rsidR="00DA4AF3" w14:paraId="3658F2F7" w14:textId="77777777" w:rsidTr="00DA4AF3">
        <w:trPr>
          <w:trHeight w:val="230"/>
          <w:jc w:val="center"/>
        </w:trPr>
        <w:tc>
          <w:tcPr>
            <w:tcW w:w="552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2E243C" w14:textId="77777777" w:rsidR="00DA4AF3" w:rsidRDefault="00DA4AF3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sz w:val="16"/>
              </w:rPr>
              <w:t>4</w:t>
            </w:r>
          </w:p>
        </w:tc>
        <w:tc>
          <w:tcPr>
            <w:tcW w:w="3423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30D2D6" w14:textId="77777777" w:rsidR="00DA4AF3" w:rsidRDefault="00DA4AF3">
            <w:pPr>
              <w:bidi/>
              <w:spacing w:after="0" w:line="216" w:lineRule="auto"/>
              <w:jc w:val="right"/>
            </w:pPr>
          </w:p>
        </w:tc>
        <w:tc>
          <w:tcPr>
            <w:tcW w:w="4180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1528B3" w14:textId="77777777" w:rsidR="00DA4AF3" w:rsidRDefault="00DA4AF3">
            <w:pPr>
              <w:bidi/>
              <w:spacing w:after="0" w:line="216" w:lineRule="auto"/>
              <w:jc w:val="right"/>
            </w:pPr>
          </w:p>
        </w:tc>
      </w:tr>
      <w:tr w:rsidR="00DA4AF3" w14:paraId="3210CE46" w14:textId="77777777" w:rsidTr="00DA4AF3">
        <w:trPr>
          <w:trHeight w:val="230"/>
          <w:jc w:val="center"/>
        </w:trPr>
        <w:tc>
          <w:tcPr>
            <w:tcW w:w="552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D6DC912" w14:textId="77777777" w:rsidR="00DA4AF3" w:rsidRDefault="00DA4AF3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sz w:val="16"/>
              </w:rPr>
              <w:t>5</w:t>
            </w:r>
          </w:p>
        </w:tc>
        <w:tc>
          <w:tcPr>
            <w:tcW w:w="3423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C77B20" w14:textId="77777777" w:rsidR="00DA4AF3" w:rsidRDefault="00DA4AF3">
            <w:pPr>
              <w:bidi/>
              <w:spacing w:after="0" w:line="216" w:lineRule="auto"/>
              <w:jc w:val="right"/>
            </w:pPr>
          </w:p>
        </w:tc>
        <w:tc>
          <w:tcPr>
            <w:tcW w:w="4180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ACB4E52" w14:textId="77777777" w:rsidR="00DA4AF3" w:rsidRDefault="00DA4AF3">
            <w:pPr>
              <w:bidi/>
              <w:spacing w:after="0" w:line="216" w:lineRule="auto"/>
              <w:jc w:val="right"/>
            </w:pPr>
          </w:p>
        </w:tc>
      </w:tr>
    </w:tbl>
    <w:p w14:paraId="49C6295F" w14:textId="77777777" w:rsidR="007B241F" w:rsidRDefault="002C132E" w:rsidP="002C132E">
      <w:pPr>
        <w:pBdr>
          <w:bottom w:val="single" w:sz="8" w:space="1" w:color="1F4E79"/>
        </w:pBdr>
        <w:bidi/>
        <w:spacing w:after="40" w:line="216" w:lineRule="auto"/>
      </w:pPr>
      <w:proofErr w:type="spellStart"/>
      <w:r>
        <w:rPr>
          <w:rFonts w:eastAsia="Arial" w:ascii="Cairo" w:hAnsi="Cairo" w:cs="Cairo"/>
          <w:b/>
          <w:color w:val="1F4E79"/>
          <w:sz w:val="23"/>
        </w:rPr>
        <w:t>ثالثاً</w:t>
      </w:r>
      <w:proofErr w:type="spellEnd"/>
      <w:r>
        <w:rPr>
          <w:rFonts w:eastAsia="Arial" w:ascii="Cairo" w:hAnsi="Cairo" w:cs="Cairo"/>
          <w:b/>
          <w:color w:val="1F4E79"/>
          <w:sz w:val="23"/>
        </w:rPr>
        <w:t xml:space="preserve">: </w:t>
      </w:r>
      <w:proofErr w:type="spellStart"/>
      <w:r>
        <w:rPr>
          <w:rFonts w:eastAsia="Arial" w:ascii="Cairo" w:hAnsi="Cairo" w:cs="Cairo"/>
          <w:b/>
          <w:color w:val="1F4E79"/>
          <w:sz w:val="23"/>
        </w:rPr>
        <w:t>الاجتماعات</w:t>
      </w:r>
      <w:proofErr w:type="spellEnd"/>
      <w:r>
        <w:rPr>
          <w:rFonts w:eastAsia="Arial" w:ascii="Cairo" w:hAnsi="Cairo" w:cs="Cairo"/>
          <w:b/>
          <w:color w:val="1F4E79"/>
          <w:sz w:val="23"/>
        </w:rPr>
        <w:t xml:space="preserve"> </w:t>
      </w:r>
      <w:proofErr w:type="spellStart"/>
      <w:r>
        <w:rPr>
          <w:rFonts w:eastAsia="Arial" w:ascii="Cairo" w:hAnsi="Cairo" w:cs="Cairo"/>
          <w:b/>
          <w:color w:val="1F4E79"/>
          <w:sz w:val="23"/>
        </w:rPr>
        <w:t>وأبرز</w:t>
      </w:r>
      <w:proofErr w:type="spellEnd"/>
      <w:r>
        <w:rPr>
          <w:rFonts w:eastAsia="Arial" w:ascii="Cairo" w:hAnsi="Cairo" w:cs="Cairo"/>
          <w:b/>
          <w:color w:val="1F4E79"/>
          <w:sz w:val="23"/>
        </w:rPr>
        <w:t xml:space="preserve"> </w:t>
      </w:r>
      <w:proofErr w:type="spellStart"/>
      <w:r>
        <w:rPr>
          <w:rFonts w:eastAsia="Arial" w:ascii="Cairo" w:hAnsi="Cairo" w:cs="Cairo"/>
          <w:b/>
          <w:color w:val="1F4E79"/>
          <w:sz w:val="23"/>
        </w:rPr>
        <w:t>أعمال</w:t>
      </w:r>
      <w:proofErr w:type="spellEnd"/>
      <w:r>
        <w:rPr>
          <w:rFonts w:eastAsia="Arial" w:ascii="Cairo" w:hAnsi="Cairo" w:cs="Cairo"/>
          <w:b/>
          <w:color w:val="1F4E79"/>
          <w:sz w:val="23"/>
        </w:rPr>
        <w:t xml:space="preserve"> اللجنة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37"/>
        <w:gridCol w:w="1701"/>
        <w:gridCol w:w="3515"/>
        <w:gridCol w:w="3798"/>
      </w:tblGrid>
      <w:tr w:rsidR="007B241F" w14:paraId="4832F2D3" w14:textId="77777777">
        <w:trPr>
          <w:trHeight w:val="311"/>
          <w:jc w:val="center"/>
        </w:trPr>
        <w:tc>
          <w:tcPr>
            <w:tcW w:w="737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2E0876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FFFFFF"/>
                <w:sz w:val="17"/>
              </w:rPr>
              <w:t>م</w:t>
            </w:r>
          </w:p>
        </w:tc>
        <w:tc>
          <w:tcPr>
            <w:tcW w:w="1701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B0786BC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FFFFFF"/>
                <w:sz w:val="17"/>
              </w:rPr>
              <w:t>تاريخ الاجتماع</w:t>
            </w:r>
          </w:p>
        </w:tc>
        <w:tc>
          <w:tcPr>
            <w:tcW w:w="3515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AC8BB67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FFFFFF"/>
                <w:sz w:val="17"/>
              </w:rPr>
              <w:t>أبرز الموضوعات</w:t>
            </w:r>
          </w:p>
        </w:tc>
        <w:tc>
          <w:tcPr>
            <w:tcW w:w="379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1CA47D9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FFFFFF"/>
                <w:sz w:val="17"/>
              </w:rPr>
              <w:t>المخرجات / القرارات</w:t>
            </w:r>
          </w:p>
        </w:tc>
      </w:tr>
      <w:tr w:rsidR="007B241F" w14:paraId="365B97D8" w14:textId="77777777">
        <w:trPr>
          <w:trHeight w:val="328"/>
          <w:jc w:val="center"/>
        </w:trPr>
        <w:tc>
          <w:tcPr>
            <w:tcW w:w="737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9A5BD3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sz w:val="16"/>
              </w:rPr>
              <w:t>1</w:t>
            </w:r>
          </w:p>
        </w:tc>
        <w:tc>
          <w:tcPr>
            <w:tcW w:w="1701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DC18FF5" w14:textId="77777777" w:rsidR="007B241F" w:rsidRDefault="007B241F">
            <w:pPr>
              <w:bidi/>
              <w:spacing w:after="0" w:line="216" w:lineRule="auto"/>
              <w:jc w:val="center"/>
            </w:pPr>
          </w:p>
        </w:tc>
        <w:tc>
          <w:tcPr>
            <w:tcW w:w="3515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5BC8FD5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  <w:tc>
          <w:tcPr>
            <w:tcW w:w="379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E6B287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</w:tr>
      <w:tr w:rsidR="007B241F" w14:paraId="57F779F9" w14:textId="77777777">
        <w:trPr>
          <w:trHeight w:val="328"/>
          <w:jc w:val="center"/>
        </w:trPr>
        <w:tc>
          <w:tcPr>
            <w:tcW w:w="737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DD1926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sz w:val="16"/>
              </w:rPr>
              <w:t>2</w:t>
            </w:r>
          </w:p>
        </w:tc>
        <w:tc>
          <w:tcPr>
            <w:tcW w:w="1701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1AC549" w14:textId="77777777" w:rsidR="007B241F" w:rsidRDefault="007B241F">
            <w:pPr>
              <w:bidi/>
              <w:spacing w:after="0" w:line="216" w:lineRule="auto"/>
              <w:jc w:val="center"/>
            </w:pPr>
          </w:p>
        </w:tc>
        <w:tc>
          <w:tcPr>
            <w:tcW w:w="3515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90F4C5F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  <w:tc>
          <w:tcPr>
            <w:tcW w:w="379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F1C3F5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</w:tr>
      <w:tr w:rsidR="007B241F" w14:paraId="61C8AE92" w14:textId="77777777">
        <w:trPr>
          <w:trHeight w:val="328"/>
          <w:jc w:val="center"/>
        </w:trPr>
        <w:tc>
          <w:tcPr>
            <w:tcW w:w="737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C0F3BEB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sz w:val="16"/>
              </w:rPr>
              <w:t>3</w:t>
            </w:r>
          </w:p>
        </w:tc>
        <w:tc>
          <w:tcPr>
            <w:tcW w:w="1701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F7A86E0" w14:textId="77777777" w:rsidR="007B241F" w:rsidRDefault="007B241F">
            <w:pPr>
              <w:bidi/>
              <w:spacing w:after="0" w:line="216" w:lineRule="auto"/>
              <w:jc w:val="center"/>
            </w:pPr>
          </w:p>
        </w:tc>
        <w:tc>
          <w:tcPr>
            <w:tcW w:w="3515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953DC8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  <w:tc>
          <w:tcPr>
            <w:tcW w:w="379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6FE59D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</w:tr>
      <w:tr w:rsidR="007B241F" w14:paraId="06699A8D" w14:textId="77777777">
        <w:trPr>
          <w:trHeight w:val="328"/>
          <w:jc w:val="center"/>
        </w:trPr>
        <w:tc>
          <w:tcPr>
            <w:tcW w:w="737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ADDFE83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sz w:val="16"/>
              </w:rPr>
              <w:t>4</w:t>
            </w:r>
          </w:p>
        </w:tc>
        <w:tc>
          <w:tcPr>
            <w:tcW w:w="1701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179E1DF" w14:textId="77777777" w:rsidR="007B241F" w:rsidRDefault="007B241F">
            <w:pPr>
              <w:bidi/>
              <w:spacing w:after="0" w:line="216" w:lineRule="auto"/>
              <w:jc w:val="center"/>
            </w:pPr>
          </w:p>
        </w:tc>
        <w:tc>
          <w:tcPr>
            <w:tcW w:w="3515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DB12A3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  <w:tc>
          <w:tcPr>
            <w:tcW w:w="379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66BCE6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</w:tr>
    </w:tbl>
    <w:p w14:paraId="1C5AC248" w14:textId="77777777" w:rsidR="007B241F" w:rsidRDefault="002C132E" w:rsidP="002C132E">
      <w:pPr>
        <w:pBdr>
          <w:bottom w:val="single" w:sz="8" w:space="1" w:color="1F4E79"/>
        </w:pBdr>
        <w:bidi/>
        <w:spacing w:after="40" w:line="216" w:lineRule="auto"/>
      </w:pPr>
      <w:r>
        <w:rPr>
          <w:rFonts w:eastAsia="Arial" w:ascii="Cairo" w:hAnsi="Cairo" w:cs="Cairo"/>
          <w:b/>
          <w:color w:val="1F4E79"/>
          <w:sz w:val="23"/>
        </w:rPr>
        <w:t>رابعاً: أبرز الأعمال المنجزة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438"/>
        <w:gridCol w:w="3969"/>
        <w:gridCol w:w="3345"/>
      </w:tblGrid>
      <w:tr w:rsidR="007B241F" w14:paraId="3D30E924" w14:textId="77777777">
        <w:trPr>
          <w:trHeight w:val="311"/>
          <w:jc w:val="center"/>
        </w:trPr>
        <w:tc>
          <w:tcPr>
            <w:tcW w:w="243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DBFA54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FFFFFF"/>
                <w:sz w:val="17"/>
              </w:rPr>
              <w:t>محور العمل</w:t>
            </w:r>
          </w:p>
        </w:tc>
        <w:tc>
          <w:tcPr>
            <w:tcW w:w="3969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21F4EDD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FFFFFF"/>
                <w:sz w:val="17"/>
              </w:rPr>
              <w:t>الإجراء / العمل المنجز</w:t>
            </w:r>
          </w:p>
        </w:tc>
        <w:tc>
          <w:tcPr>
            <w:tcW w:w="3345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6217922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FFFFFF"/>
                <w:sz w:val="17"/>
              </w:rPr>
              <w:t>الدليل أو المخرج</w:t>
            </w:r>
          </w:p>
        </w:tc>
      </w:tr>
      <w:tr w:rsidR="007B241F" w14:paraId="053BA44D" w14:textId="77777777">
        <w:trPr>
          <w:trHeight w:val="306"/>
          <w:jc w:val="center"/>
        </w:trPr>
        <w:tc>
          <w:tcPr>
            <w:tcW w:w="243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F4F6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86CD11D" w14:textId="77777777" w:rsidR="007B241F" w:rsidRDefault="007B241F">
            <w:pPr>
              <w:bidi/>
              <w:spacing w:after="0" w:line="216" w:lineRule="auto"/>
              <w:jc w:val="center"/>
            </w:pPr>
          </w:p>
        </w:tc>
        <w:tc>
          <w:tcPr>
            <w:tcW w:w="3969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19F0082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  <w:tc>
          <w:tcPr>
            <w:tcW w:w="3345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BE32CD4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</w:tr>
      <w:tr w:rsidR="007B241F" w14:paraId="78A2292F" w14:textId="77777777">
        <w:trPr>
          <w:trHeight w:val="306"/>
          <w:jc w:val="center"/>
        </w:trPr>
        <w:tc>
          <w:tcPr>
            <w:tcW w:w="243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F4F6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C1AC502" w14:textId="77777777" w:rsidR="007B241F" w:rsidRDefault="007B241F">
            <w:pPr>
              <w:bidi/>
              <w:spacing w:after="0" w:line="216" w:lineRule="auto"/>
              <w:jc w:val="center"/>
            </w:pPr>
          </w:p>
        </w:tc>
        <w:tc>
          <w:tcPr>
            <w:tcW w:w="3969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04CFEC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  <w:tc>
          <w:tcPr>
            <w:tcW w:w="3345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A93D50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</w:tr>
      <w:tr w:rsidR="007B241F" w14:paraId="1BFACFB1" w14:textId="77777777">
        <w:trPr>
          <w:trHeight w:val="306"/>
          <w:jc w:val="center"/>
        </w:trPr>
        <w:tc>
          <w:tcPr>
            <w:tcW w:w="243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F4F6F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12EB7C" w14:textId="77777777" w:rsidR="007B241F" w:rsidRDefault="007B241F">
            <w:pPr>
              <w:bidi/>
              <w:spacing w:after="0" w:line="216" w:lineRule="auto"/>
              <w:jc w:val="center"/>
            </w:pPr>
          </w:p>
        </w:tc>
        <w:tc>
          <w:tcPr>
            <w:tcW w:w="3969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0E0ADD0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  <w:tc>
          <w:tcPr>
            <w:tcW w:w="3345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FFFFFF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79067D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</w:tr>
    </w:tbl>
    <w:p w14:paraId="7FFE6A86" w14:textId="77777777" w:rsidR="007B241F" w:rsidRDefault="002C132E">
      <w:pPr>
        <w:bidi/>
        <w:spacing w:after="0" w:line="216" w:lineRule="auto"/>
        <w:jc w:val="right"/>
      </w:pPr>
      <w:r>
        <w:rPr>
          <w:rFonts w:eastAsia="Arial" w:ascii="Cairo" w:hAnsi="Cairo" w:cs="Cairo"/>
        </w:rPr>
        <w:br w:type="page"/>
      </w:r>
    </w:p>
    <w:p w14:paraId="5E49A3D8" w14:textId="77777777" w:rsidR="007B241F" w:rsidRDefault="002C132E">
      <w:pPr>
        <w:bidi/>
        <w:spacing w:after="40" w:line="216" w:lineRule="auto"/>
        <w:jc w:val="center"/>
      </w:pPr>
      <w:proofErr w:type="spellStart"/>
      <w:r>
        <w:rPr>
          <w:rFonts w:eastAsia="Arial" w:ascii="Cairo" w:hAnsi="Cairo" w:cs="Cairo"/>
          <w:b/>
          <w:color w:val="2F3A45"/>
          <w:sz w:val="25"/>
        </w:rPr>
        <w:lastRenderedPageBreak/>
        <w:t>تتمة</w:t>
      </w:r>
      <w:proofErr w:type="spellEnd"/>
      <w:r>
        <w:rPr>
          <w:rFonts w:eastAsia="Arial" w:ascii="Cairo" w:hAnsi="Cairo" w:cs="Cairo"/>
          <w:b/>
          <w:color w:val="2F3A45"/>
          <w:sz w:val="25"/>
        </w:rPr>
        <w:t xml:space="preserve"> </w:t>
      </w:r>
      <w:proofErr w:type="spellStart"/>
      <w:r>
        <w:rPr>
          <w:rFonts w:eastAsia="Arial" w:ascii="Cairo" w:hAnsi="Cairo" w:cs="Cairo"/>
          <w:b/>
          <w:color w:val="2F3A45"/>
          <w:sz w:val="25"/>
        </w:rPr>
        <w:t>التقرير</w:t>
      </w:r>
      <w:proofErr w:type="spellEnd"/>
      <w:r>
        <w:rPr>
          <w:rFonts w:eastAsia="Arial" w:ascii="Cairo" w:hAnsi="Cairo" w:cs="Cairo"/>
          <w:b/>
          <w:color w:val="2F3A45"/>
          <w:sz w:val="25"/>
        </w:rPr>
        <w:t xml:space="preserve"> </w:t>
      </w:r>
      <w:proofErr w:type="spellStart"/>
      <w:r>
        <w:rPr>
          <w:rFonts w:eastAsia="Arial" w:ascii="Cairo" w:hAnsi="Cairo" w:cs="Cairo"/>
          <w:b/>
          <w:color w:val="2F3A45"/>
          <w:sz w:val="25"/>
        </w:rPr>
        <w:t>النهائي</w:t>
      </w:r>
      <w:proofErr w:type="spellEnd"/>
      <w:r>
        <w:rPr>
          <w:rFonts w:eastAsia="Arial" w:ascii="Cairo" w:hAnsi="Cairo" w:cs="Cairo"/>
          <w:b/>
          <w:color w:val="2F3A45"/>
          <w:sz w:val="25"/>
        </w:rPr>
        <w:t xml:space="preserve"> </w:t>
      </w:r>
      <w:proofErr w:type="spellStart"/>
      <w:r>
        <w:rPr>
          <w:rFonts w:eastAsia="Arial" w:ascii="Cairo" w:hAnsi="Cairo" w:cs="Cairo"/>
          <w:b/>
          <w:color w:val="2F3A45"/>
          <w:sz w:val="25"/>
        </w:rPr>
        <w:t>الموجز</w:t>
      </w:r>
      <w:proofErr w:type="spellEnd"/>
      <w:r>
        <w:rPr>
          <w:rFonts w:eastAsia="Arial" w:ascii="Cairo" w:hAnsi="Cairo" w:cs="Cairo"/>
          <w:b/>
          <w:color w:val="2F3A45"/>
          <w:sz w:val="25"/>
        </w:rPr>
        <w:t xml:space="preserve"> عن أعمال اللجنة</w:t>
      </w:r>
    </w:p>
    <w:p w14:paraId="4A1F7766" w14:textId="77777777" w:rsidR="007B241F" w:rsidRDefault="002C132E" w:rsidP="002C132E">
      <w:pPr>
        <w:pBdr>
          <w:bottom w:val="single" w:sz="8" w:space="1" w:color="1F4E79"/>
        </w:pBdr>
        <w:bidi/>
        <w:spacing w:after="40" w:line="216" w:lineRule="auto"/>
      </w:pPr>
      <w:proofErr w:type="spellStart"/>
      <w:r>
        <w:rPr>
          <w:rFonts w:eastAsia="Arial" w:ascii="Cairo" w:hAnsi="Cairo" w:cs="Cairo"/>
          <w:b/>
          <w:color w:val="1F4E79"/>
          <w:sz w:val="23"/>
        </w:rPr>
        <w:t>سادساً</w:t>
      </w:r>
      <w:proofErr w:type="spellEnd"/>
      <w:r>
        <w:rPr>
          <w:rFonts w:eastAsia="Arial" w:ascii="Cairo" w:hAnsi="Cairo" w:cs="Cairo"/>
          <w:b/>
          <w:color w:val="1F4E79"/>
          <w:sz w:val="23"/>
        </w:rPr>
        <w:t xml:space="preserve">: </w:t>
      </w:r>
      <w:proofErr w:type="spellStart"/>
      <w:r>
        <w:rPr>
          <w:rFonts w:eastAsia="Arial" w:ascii="Cairo" w:hAnsi="Cairo" w:cs="Cairo"/>
          <w:b/>
          <w:color w:val="1F4E79"/>
          <w:sz w:val="23"/>
        </w:rPr>
        <w:t>المشكلات</w:t>
      </w:r>
      <w:proofErr w:type="spellEnd"/>
      <w:r>
        <w:rPr>
          <w:rFonts w:eastAsia="Arial" w:ascii="Cairo" w:hAnsi="Cairo" w:cs="Cairo"/>
          <w:b/>
          <w:color w:val="1F4E79"/>
          <w:sz w:val="23"/>
        </w:rPr>
        <w:t xml:space="preserve"> </w:t>
      </w:r>
      <w:proofErr w:type="spellStart"/>
      <w:r>
        <w:rPr>
          <w:rFonts w:eastAsia="Arial" w:ascii="Cairo" w:hAnsi="Cairo" w:cs="Cairo"/>
          <w:b/>
          <w:color w:val="1F4E79"/>
          <w:sz w:val="23"/>
        </w:rPr>
        <w:t>والعوائق</w:t>
      </w:r>
      <w:proofErr w:type="spellEnd"/>
      <w:r>
        <w:rPr>
          <w:rFonts w:eastAsia="Arial" w:ascii="Cairo" w:hAnsi="Cairo" w:cs="Cairo"/>
          <w:b/>
          <w:color w:val="1F4E79"/>
          <w:sz w:val="23"/>
        </w:rPr>
        <w:t xml:space="preserve"> </w:t>
      </w:r>
      <w:proofErr w:type="spellStart"/>
      <w:r>
        <w:rPr>
          <w:rFonts w:eastAsia="Arial" w:ascii="Cairo" w:hAnsi="Cairo" w:cs="Cairo"/>
          <w:b/>
          <w:color w:val="1F4E79"/>
          <w:sz w:val="23"/>
        </w:rPr>
        <w:t>والحلول</w:t>
      </w:r>
      <w:proofErr w:type="spellEnd"/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3118"/>
        <w:gridCol w:w="2948"/>
        <w:gridCol w:w="3118"/>
      </w:tblGrid>
      <w:tr w:rsidR="007B241F" w14:paraId="540A3F09" w14:textId="77777777">
        <w:trPr>
          <w:trHeight w:val="311"/>
          <w:jc w:val="center"/>
        </w:trPr>
        <w:tc>
          <w:tcPr>
            <w:tcW w:w="567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346D68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FFFFFF"/>
                <w:sz w:val="17"/>
              </w:rPr>
              <w:t>م</w:t>
            </w:r>
          </w:p>
        </w:tc>
        <w:tc>
          <w:tcPr>
            <w:tcW w:w="311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55F117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FFFFFF"/>
                <w:sz w:val="17"/>
              </w:rPr>
              <w:t>المشكلة / العائق</w:t>
            </w:r>
          </w:p>
        </w:tc>
        <w:tc>
          <w:tcPr>
            <w:tcW w:w="294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0EF60B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FFFFFF"/>
                <w:sz w:val="17"/>
              </w:rPr>
              <w:t>الحلول التي نُفذت</w:t>
            </w:r>
          </w:p>
        </w:tc>
        <w:tc>
          <w:tcPr>
            <w:tcW w:w="311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F01D30C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FFFFFF"/>
                <w:sz w:val="17"/>
              </w:rPr>
              <w:t>الحلول المقترحة</w:t>
            </w:r>
          </w:p>
        </w:tc>
      </w:tr>
      <w:tr w:rsidR="007B241F" w14:paraId="33C17BE7" w14:textId="77777777">
        <w:trPr>
          <w:trHeight w:val="362"/>
          <w:jc w:val="center"/>
        </w:trPr>
        <w:tc>
          <w:tcPr>
            <w:tcW w:w="567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2127A5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sz w:val="16"/>
              </w:rPr>
              <w:t>1</w:t>
            </w:r>
          </w:p>
        </w:tc>
        <w:tc>
          <w:tcPr>
            <w:tcW w:w="311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FAA396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  <w:tc>
          <w:tcPr>
            <w:tcW w:w="294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C625F47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  <w:tc>
          <w:tcPr>
            <w:tcW w:w="311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4EDD999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</w:tr>
      <w:tr w:rsidR="007B241F" w14:paraId="7683A798" w14:textId="77777777">
        <w:trPr>
          <w:trHeight w:val="362"/>
          <w:jc w:val="center"/>
        </w:trPr>
        <w:tc>
          <w:tcPr>
            <w:tcW w:w="567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BB2509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sz w:val="16"/>
              </w:rPr>
              <w:t>2</w:t>
            </w:r>
          </w:p>
        </w:tc>
        <w:tc>
          <w:tcPr>
            <w:tcW w:w="311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688951F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  <w:tc>
          <w:tcPr>
            <w:tcW w:w="294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CDB1B7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  <w:tc>
          <w:tcPr>
            <w:tcW w:w="311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E2758B9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</w:tr>
      <w:tr w:rsidR="007B241F" w14:paraId="7DA7F17E" w14:textId="77777777">
        <w:trPr>
          <w:trHeight w:val="362"/>
          <w:jc w:val="center"/>
        </w:trPr>
        <w:tc>
          <w:tcPr>
            <w:tcW w:w="567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3C1574C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sz w:val="16"/>
              </w:rPr>
              <w:t>3</w:t>
            </w:r>
          </w:p>
        </w:tc>
        <w:tc>
          <w:tcPr>
            <w:tcW w:w="311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B3ED9CD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  <w:tc>
          <w:tcPr>
            <w:tcW w:w="294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36431F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  <w:tc>
          <w:tcPr>
            <w:tcW w:w="311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DB9D833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</w:tr>
      <w:tr w:rsidR="007B241F" w14:paraId="7E01654F" w14:textId="77777777">
        <w:trPr>
          <w:trHeight w:val="362"/>
          <w:jc w:val="center"/>
        </w:trPr>
        <w:tc>
          <w:tcPr>
            <w:tcW w:w="567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EE86E3A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sz w:val="16"/>
              </w:rPr>
              <w:t>4</w:t>
            </w:r>
          </w:p>
        </w:tc>
        <w:tc>
          <w:tcPr>
            <w:tcW w:w="311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5D97FDD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  <w:tc>
          <w:tcPr>
            <w:tcW w:w="294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40AFE21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  <w:tc>
          <w:tcPr>
            <w:tcW w:w="311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C3FE58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</w:tr>
    </w:tbl>
    <w:p w14:paraId="169884C2" w14:textId="77777777" w:rsidR="007B241F" w:rsidRDefault="002C132E" w:rsidP="002C132E">
      <w:pPr>
        <w:pBdr>
          <w:bottom w:val="single" w:sz="8" w:space="1" w:color="1F4E79"/>
        </w:pBdr>
        <w:bidi/>
        <w:spacing w:after="40" w:line="216" w:lineRule="auto"/>
      </w:pPr>
      <w:r>
        <w:rPr>
          <w:rFonts w:eastAsia="Arial" w:ascii="Cairo" w:hAnsi="Cairo" w:cs="Cairo"/>
          <w:b/>
          <w:color w:val="1F4E79"/>
          <w:sz w:val="23"/>
        </w:rPr>
        <w:t>سابعاً: التوصيات الختامية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23"/>
        <w:gridCol w:w="9128"/>
      </w:tblGrid>
      <w:tr w:rsidR="007B241F" w14:paraId="2C7A9C7D" w14:textId="77777777">
        <w:trPr>
          <w:trHeight w:val="272"/>
          <w:jc w:val="center"/>
        </w:trPr>
        <w:tc>
          <w:tcPr>
            <w:tcW w:w="623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EAF4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429C018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2F3A45"/>
                <w:sz w:val="17"/>
              </w:rPr>
              <w:t>1</w:t>
            </w:r>
          </w:p>
        </w:tc>
        <w:tc>
          <w:tcPr>
            <w:tcW w:w="912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BB4CB6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</w:tr>
      <w:tr w:rsidR="007B241F" w14:paraId="16DEF67D" w14:textId="77777777">
        <w:trPr>
          <w:trHeight w:val="272"/>
          <w:jc w:val="center"/>
        </w:trPr>
        <w:tc>
          <w:tcPr>
            <w:tcW w:w="623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EAF4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6D22DFE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2F3A45"/>
                <w:sz w:val="17"/>
              </w:rPr>
              <w:t>2</w:t>
            </w:r>
          </w:p>
        </w:tc>
        <w:tc>
          <w:tcPr>
            <w:tcW w:w="912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83B52A8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</w:tr>
      <w:tr w:rsidR="007B241F" w14:paraId="5D6E37A3" w14:textId="77777777">
        <w:trPr>
          <w:trHeight w:val="272"/>
          <w:jc w:val="center"/>
        </w:trPr>
        <w:tc>
          <w:tcPr>
            <w:tcW w:w="623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EAF4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A2CBD7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2F3A45"/>
                <w:sz w:val="17"/>
              </w:rPr>
              <w:t>3</w:t>
            </w:r>
          </w:p>
        </w:tc>
        <w:tc>
          <w:tcPr>
            <w:tcW w:w="912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A72B3F3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</w:tr>
      <w:tr w:rsidR="007B241F" w14:paraId="0AADAAE7" w14:textId="77777777">
        <w:trPr>
          <w:trHeight w:val="272"/>
          <w:jc w:val="center"/>
        </w:trPr>
        <w:tc>
          <w:tcPr>
            <w:tcW w:w="623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EAF4FB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8594832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2F3A45"/>
                <w:sz w:val="17"/>
              </w:rPr>
              <w:t>4</w:t>
            </w:r>
          </w:p>
        </w:tc>
        <w:tc>
          <w:tcPr>
            <w:tcW w:w="9128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339A27" w14:textId="77777777" w:rsidR="007B241F" w:rsidRDefault="007B241F">
            <w:pPr>
              <w:bidi/>
              <w:spacing w:after="0" w:line="216" w:lineRule="auto"/>
              <w:jc w:val="right"/>
            </w:pPr>
          </w:p>
        </w:tc>
      </w:tr>
    </w:tbl>
    <w:p w14:paraId="43822680" w14:textId="77777777" w:rsidR="007B241F" w:rsidRDefault="002C132E" w:rsidP="002C132E">
      <w:pPr>
        <w:pBdr>
          <w:bottom w:val="single" w:sz="8" w:space="1" w:color="1F4E79"/>
        </w:pBdr>
        <w:bidi/>
        <w:spacing w:after="40" w:line="216" w:lineRule="auto"/>
      </w:pPr>
      <w:r>
        <w:rPr>
          <w:rFonts w:eastAsia="Arial" w:ascii="Cairo" w:hAnsi="Cairo" w:cs="Cairo"/>
          <w:b/>
          <w:color w:val="1F4E79"/>
          <w:sz w:val="23"/>
        </w:rPr>
        <w:t>ثامناً: المرفقات والاعتماد</w:t>
      </w:r>
    </w:p>
    <w:tbl>
      <w:tblPr>
        <w:bidiVisual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51"/>
        <w:gridCol w:w="7200"/>
      </w:tblGrid>
      <w:tr w:rsidR="007B241F" w14:paraId="48216847" w14:textId="77777777">
        <w:trPr>
          <w:trHeight w:val="283"/>
          <w:jc w:val="center"/>
        </w:trPr>
        <w:tc>
          <w:tcPr>
            <w:tcW w:w="2551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30BDA62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FFFFFF"/>
                <w:sz w:val="17"/>
              </w:rPr>
              <w:t>المرفقات</w:t>
            </w:r>
          </w:p>
        </w:tc>
        <w:tc>
          <w:tcPr>
            <w:tcW w:w="7200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C5D24C" w14:textId="77777777" w:rsidR="007B241F" w:rsidRDefault="002C132E">
            <w:pPr>
              <w:bidi/>
              <w:spacing w:after="0" w:line="216" w:lineRule="auto"/>
              <w:jc w:val="right"/>
            </w:pPr>
            <w:r>
              <w:rPr>
                <w:rFonts w:eastAsia="Arial" w:ascii="Cairo" w:hAnsi="Cairo" w:cs="Cairo"/>
                <w:sz w:val="16"/>
              </w:rPr>
              <w:t>محاضر اجتماعات ☐   خطابات/نماذج ☐   تقارير متابعة ☐   أخرى: ........................................</w:t>
            </w:r>
          </w:p>
        </w:tc>
      </w:tr>
      <w:tr w:rsidR="007B241F" w14:paraId="1C6D647F" w14:textId="77777777">
        <w:trPr>
          <w:trHeight w:val="283"/>
          <w:jc w:val="center"/>
        </w:trPr>
        <w:tc>
          <w:tcPr>
            <w:tcW w:w="2551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AA4E40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FFFFFF"/>
                <w:sz w:val="17"/>
              </w:rPr>
              <w:t>مقرر/ة اللجنة</w:t>
            </w:r>
          </w:p>
        </w:tc>
        <w:tc>
          <w:tcPr>
            <w:tcW w:w="7200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488BAA6" w14:textId="77777777" w:rsidR="007B241F" w:rsidRDefault="002C132E">
            <w:pPr>
              <w:bidi/>
              <w:spacing w:after="0" w:line="216" w:lineRule="auto"/>
              <w:jc w:val="right"/>
            </w:pPr>
            <w:r>
              <w:rPr>
                <w:rFonts w:eastAsia="Arial" w:ascii="Cairo" w:hAnsi="Cairo" w:cs="Cairo"/>
                <w:sz w:val="16"/>
              </w:rPr>
              <w:t>الاسم: د. ........................................    التوقيع: ........................    التاريخ: .... / .... / 14هـ</w:t>
            </w:r>
          </w:p>
        </w:tc>
      </w:tr>
      <w:tr w:rsidR="007B241F" w14:paraId="762D7238" w14:textId="77777777">
        <w:trPr>
          <w:trHeight w:val="283"/>
          <w:jc w:val="center"/>
        </w:trPr>
        <w:tc>
          <w:tcPr>
            <w:tcW w:w="2551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shd w:val="clear" w:color="auto" w:fill="1F4E79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B52F15" w14:textId="77777777" w:rsidR="007B241F" w:rsidRDefault="002C132E">
            <w:pPr>
              <w:bidi/>
              <w:spacing w:after="0" w:line="216" w:lineRule="auto"/>
              <w:jc w:val="center"/>
            </w:pPr>
            <w:r>
              <w:rPr>
                <w:rFonts w:eastAsia="Arial" w:ascii="Cairo" w:hAnsi="Cairo" w:cs="Cairo"/>
                <w:b/>
                <w:color w:val="FFFFFF"/>
                <w:sz w:val="17"/>
              </w:rPr>
              <w:t>اعتماد رئيس القسم</w:t>
            </w:r>
          </w:p>
        </w:tc>
        <w:tc>
          <w:tcPr>
            <w:tcW w:w="7200" w:type="dxa"/>
            <w:tcBorders>
              <w:top w:val="single" w:sz="6" w:space="0" w:color="B7C7D4"/>
              <w:left w:val="single" w:sz="6" w:space="0" w:color="B7C7D4"/>
              <w:bottom w:val="single" w:sz="6" w:space="0" w:color="B7C7D4"/>
              <w:right w:val="single" w:sz="6" w:space="0" w:color="B7C7D4"/>
            </w:tcBorders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0DC1563" w14:textId="77777777" w:rsidR="007B241F" w:rsidRDefault="002C132E">
            <w:pPr>
              <w:bidi/>
              <w:spacing w:after="0" w:line="216" w:lineRule="auto"/>
              <w:jc w:val="right"/>
            </w:pPr>
            <w:r>
              <w:rPr>
                <w:rFonts w:eastAsia="Arial" w:ascii="Cairo" w:hAnsi="Cairo" w:cs="Cairo"/>
                <w:sz w:val="16"/>
              </w:rPr>
              <w:t>د. حمد بن علي حمدي    التوقيع: ........................    التاريخ: .... / .... / 14هـ</w:t>
            </w:r>
          </w:p>
        </w:tc>
      </w:tr>
    </w:tbl>
    <w:p w14:paraId="4883C6D4" w14:textId="77777777" w:rsidR="006F49A1" w:rsidRDefault="006F49A1"/>
    <w:sectPr w:rsidR="006F49A1" w:rsidSect="00034616">
      <w:footerReference w:type="default" r:id="rId9"/>
      <w:pgSz w:w="11906" w:h="16838"/>
      <w:pgMar w:top="510" w:right="510" w:bottom="454" w:left="510" w:header="227" w:footer="170" w:gutter="0"/>
      <w:cols w:space="720"/>
      <w:bidi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4D0B2" w14:textId="77777777" w:rsidR="006F49A1" w:rsidRDefault="002C132E">
      <w:pPr>
        <w:spacing w:after="0" w:line="240" w:lineRule="auto"/>
      </w:pPr>
      <w:r>
        <w:separator/>
      </w:r>
    </w:p>
  </w:endnote>
  <w:endnote w:type="continuationSeparator" w:id="0">
    <w:p w14:paraId="0511F1BB" w14:textId="77777777" w:rsidR="006F49A1" w:rsidRDefault="002C13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D107F71" w14:textId="77777777" w:rsidR="007B241F" w:rsidRDefault="002C132E">
    <w:pPr>
      <w:pStyle w:val="Footer"/>
      <w:bidi/>
      <w:spacing w:line="192" w:lineRule="auto"/>
      <w:jc w:val="center"/>
    </w:pPr>
    <w:r>
      <w:rPr>
        <w:rFonts w:eastAsia="Arial"/>
        <w:color w:val="6B7280"/>
        <w:sz w:val="15"/>
      </w:rPr>
      <w:t>نموذج التقرير النهائي الموجز لأعمال اللجان - قسم التربية الخاصة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29118D0" w14:textId="77777777" w:rsidR="006F49A1" w:rsidRDefault="002C132E">
      <w:pPr>
        <w:spacing w:after="0" w:line="240" w:lineRule="auto"/>
      </w:pPr>
      <w:r>
        <w:separator/>
      </w:r>
    </w:p>
  </w:footnote>
  <w:footnote w:type="continuationSeparator" w:id="0">
    <w:p w14:paraId="2B626246" w14:textId="77777777" w:rsidR="006F49A1" w:rsidRDefault="002C132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132E"/>
    <w:rsid w:val="00326F90"/>
    <w:rsid w:val="006F49A1"/>
    <w:rsid w:val="007B241F"/>
    <w:rsid w:val="00AA1D8D"/>
    <w:rsid w:val="00B47730"/>
    <w:rsid w:val="00CB0664"/>
    <w:rsid w:val="00DA4AF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4F7EED4"/>
  <w14:defaultImageDpi w14:val="300"/>
  <w15:docId w15:val="{3918DAD1-B3B4-45CC-BCB2-5F0DA1EF1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C693F"/>
    <w:rPr>
      <w:rFonts w:ascii="Arial" w:hAnsi="Arial" w:cs="Arial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C066F8D-E6EE-479D-942E-51506B948C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Hamad Hamdi</cp:lastModifiedBy>
  <cp:revision>3</cp:revision>
  <dcterms:created xsi:type="dcterms:W3CDTF">2026-06-03T09:05:00Z</dcterms:created>
  <dcterms:modified xsi:type="dcterms:W3CDTF">2026-06-03T09:07:00Z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04a191bb-6d40-4e3c-8c6c-a1eb752b99b4</vt:lpwstr>
  </property>
</Properties>
</file>